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פעילות כיתתית – קו הדעות וויכוח מובנה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הפעילות הכיתתית בנושא כתיבה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בעל פה טיעונים ונימוקים לפני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המשתתפים ואת אופן ההערכה לפי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להפריך את הצד השני ולהביא טיעונים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באמצעות הגרלה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הוויכוח המובנה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המחוון נותן ניקוד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לוח הבחירה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בתיאור הבדיקה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אחרי הוויכוח כותבים טקסט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יש אפשרות להדפסה בקובץ PDF או Word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מספרים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(מציג/ה את העמדה ואת הטיעונים בעד)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(מביא/ה טיעונים נגד ומפריך/ה את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(מעריך/ה את שני הצדדים לפי המחוון)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(קובעת מי מקבל איזה תפקיד בפעילות)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הגרלת תפקידים – מציג/ה, מתנגד/ת ושופט/ת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קבלת כרטיס נושא מהמחולל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הכנה קצרה של טיעונים ונימוקים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ניהול הוויכוח המובנה לפי השלבים והטיימר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השופט/ת מעריך/ה לפי המחוון ונותן/ת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כתיבת טקסט טיעוני בעקבות הוויכוח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המציג/ה תומך/ת בעמדה ומביא/ה טיעונים בעדה, בעוד שהמתנגד/ת מביא/ה טיעונים נגדה ומנסה להפריך את דברי הצד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התרגול בעל פה עוזר לארגן את הטיעונים והנימוקים ולשמוע תגובות לפני שממירים אותם לכתב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 שלבים עם טיימר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מעריך/ה את שני הצדדים לפי המחוון ונותן/ת ניקוד מתוך 100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כותבים טקסט טיעוני בעקבות הוויכוח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הפעילות בקבוצות קטנות ולסובב תפקידים כדי שכל תלמיד/ה יתנסה בכל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המחוון מראש כדי שהשופטים ידעו למה לשים לב בזמן הוויכוח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הוויכוח בעל פה לכתיבה – להשתמש בטיעונים שעלו כבסיס לטקסט הכתוב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פעילות כיתתית – קו הדעות וויכוח מובנה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בפעילות הכיתתית מתרגלים תלמידים ותלמידות ויכוח מובנע בעל פה, עם תפקידים, שלבים וטיימר, ולאחר מכן כותבים טקסט טיעוני בעקבות הוויכוח.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אורכת הפעילות הכיתתית 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נושאים יש במחולל כרטיסי הנושא?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מתוך כמה נקודות נותן המחוון ניקוד לשופטים?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שלבים יש בוויכוח המובנה עם הטיימר?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תפקידו של המתנגד/ת בוויכוח?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את העמדה בעד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להפריך את הצד השני ולהביא טיעונים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לרשום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נושא מהמחולל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קובעים מי מקבל איזה תפקיד בפעילות?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סדר א-ב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בחירה חופשית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באמצעות הגרלה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 קובעת מראש לכל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בוויכוח המובנה יש 10 שלבים עם שעון לכל שלב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המחוון נותן ניקוד רק לצד אחד בוויכוח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הבחירה בנוי בצורת 3 על 3 והמרכז הוא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הבדיקה העצמית לטקסט טיעוני כוללת 10 סעיפים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הוויכוח בעל פה אין צורך לכתוב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להדפיס את כל הפעילות והמחוון כקובץ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מספרים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הפעילות הכיתתית נמשכת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במחולל כרטיסי נושא יש __________ נושאים קרובים לתלמידים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המחוון לשופטים נותן ניקוד מתוך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בוויכוח המובנה יש __________ שלבים עם שעון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בבדיקה העצמית לטקסט טיעוני יש __________ סעיפים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מציג/ה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מעריך/ה את שני הצדדים לפי המחוון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מתנגד/ת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מציג/ה את העמדה ואת הטיעונים בעד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קובעת מי מקבל איזה תפקיד בפעילות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הגרלה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מביא/ה טיעונים נגד ומפריך/ה את הצד השני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ניהול הוויכוח המובנה לפי השלבים והטיימר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הגרלת תפקידים – מציג/ה, מתנגד/ת ושופט/ת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טקסט טיעוני בעקבות הוויכוח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כרטיס נושא מהמחולל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הכנה קצרה של טיעונים ונימוקים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השופט/ת מעריך/ה לפי המחוון ונותן/ת ניקוד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תפקיד המציג/ה לתפקיד המתנגד/ת בוויכוח?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לתרגל בעל פה לפני שכותבים טקסט טיעוני?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שלבים יש בוויכוח המובנה?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השופט/ת בפעילות?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אחרי שמסיימים את הוויכוח בעל 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פעילות כיתתית – קו הדעות וויכוח מובנה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