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פעילות כיתתית – קו הדעות וויכוח מובנה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הפעילות הכיתתית בנושא 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בעל פה טיעונים ונימוקים לפני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המשתתפים ואת אופן ההערכה לפי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הוויכוח המובנה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המחוון נותן ניקוד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לוח הבחירה בפעילות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(מציג/ה את העמדה ואת הטיעונים בעד)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(מביא/ה טיעונים נגד ומפריך/ה את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(מעריך/ה את שני הצדדים לפי המחוון)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(קובעת מי מקבל איזה תפקיד בפעילות)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הגרלת תפקידים – מציג/ה, מתנגד/ת ושופט/ת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קבלת כרטיס נושא מהמחולל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הכנה קצרה של טיעונים ונימוקים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ניהול הוויכוח המובנה לפי השלבים והטיימר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המציג/ה תומך/ת בעמדה ומביא/ה טיעונים בעדה, בעוד שהמתנגד/ת מביא/ה טיעונים נגדה ומנסה להפריך את דברי הצד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שלבים עם טיימר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מעריך/ה את שני הצדדים לפי המחוון ונותן/ת ניקוד מתוך 100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כותבים טקסט טיעוני בעקבות הוויכוח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הפעילות בקבוצות קטנות ולסובב תפקידים כדי שכל תלמיד/ה יתנסה בכל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המחוון מראש כדי שהשופטים ידעו למה לשים לב בזמן הוויכוח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הוויכוח בעל פה לכתיבה – להשתמש בטיעונים שעלו כבסיס לטקסט הכתוב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פעילות כיתתית – קו הדעות וויכוח מובנה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בפעילות הכיתתית מתרגלים תלמידים ותלמידות ויכוח מובנע בעל פה, עם תפקידים, שלבים וטיימר, ולאחר מכן כותבים טקסט טיעוני בעקבות הוויכוח.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45  ·  24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אורכת הפעילות הכיתתית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מתוך כמה נקודות נותן המחוון ניקוד לשופטים?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בוויכוח המובנה יש 10 שלבים עם שעון לכל שלב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המחוון נותן ניקוד רק לצד אחד בוויכוח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 הבחירה בנוי בצורת 3 על 3 והמרכז הוא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מספרים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הפעילות הכיתתית נמשכת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במחולל כרטיסי נושא יש __________ נושאים קרובים לתלמידים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מציג/ה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קובעת מי מקבל איזה תפקיד בפעילות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מתנגד/ת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מעריך/ה את שני הצדדים לפי המחוון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מביא/ה טיעונים נגד ומפריך/ה את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מציג/ה את העמדה ואת הטיעונים בעד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קבלת כרטיס נושא מהמחולל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הגרלת תפקידים – מציג/ה, מתנגד/ת ושופט/ת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ניהול הוויכוח המובנה לפי השלבים והטיימר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הכנה קצרה של טיעונים ונימוקים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תפקיד המציג/ה לתפקיד המתנגד/ת בוויכוח?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שלבים יש בוויכוח המובנה?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השופט/ת בפעילות?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פעילות כיתתית – קו הדעות וויכוח מובנה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